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B2545"/>
          <w:sz w:val="26"/>
        </w:rPr>
        <w:t>નામ ફેરફાર સોગંદનામું — ગુજરાત ગેઝેટ અરજી માટેનો નમૂનો</w:t>
      </w:r>
    </w:p>
    <w:p>
      <w:r>
        <w:rPr>
          <w:color w:val="5B6472"/>
          <w:sz w:val="17"/>
        </w:rPr>
        <w:t>કેવી રીતે વાપરવું: આ લખાણ તમારા નોટરી જણાવે તે મૂલ્યના સ્ટેમ્પ પેપર પર ટાઈપ કરો, દરેક ખાલી જગ્યા ભરો અને નોટરી પાસે પ્રમાણિત કરાવો. જૂનું નામ અને નવું નામ અહીં અને તમારી ગેઝેટ અરજીમાં અક્ષરે અક્ષર સરખાં હોવાં જોઈએ — એક અક્ષરનો ફેર પણ અરજી અટકાવી શકે છે. આ નમૂનો GujaratGazette.com દ્વારા અમારા પોતાના અનુભવ પરથી તૈયાર કરાયો છે. તે સરકારી દસ્તાવેજ નથી અને કાનૂની સલાહ નથી.</w:t>
      </w:r>
    </w:p>
    <w:p>
      <w:pPr>
        <w:jc w:val="center"/>
      </w:pPr>
      <w:r>
        <w:rPr>
          <w:b/>
          <w:sz w:val="28"/>
        </w:rPr>
        <w:t>સોગંદનામું</w:t>
      </w:r>
    </w:p>
    <w:p>
      <w:pPr>
        <w:spacing w:line="384" w:lineRule="auto"/>
      </w:pPr>
      <w:r>
        <w:t>હું, ______________________________________ (મારા ઓળખના દસ્તાવેજોમાં નોંધાયેલું હાલનું પૂરું નામ), ઉંમર ______ વર્ષ, ______________________________________ નો પુત્ર / પુત્રી / પત્ની, રહેવાસી ______________________________________________________________________________, આથી ગંભીરતાપૂર્વક સોગંદ ઉપર જાહેર કરું છું કે:</w:t>
      </w:r>
    </w:p>
    <w:p>
      <w:pPr>
        <w:spacing w:line="384" w:lineRule="auto"/>
      </w:pPr>
      <w:r>
        <w:t>1.  કે હું ભારતનો નાગરિક છું અને આ સોગંદનામાનો સોગંદકર્તા છું.</w:t>
      </w:r>
    </w:p>
    <w:p>
      <w:pPr>
        <w:spacing w:line="384" w:lineRule="auto"/>
      </w:pPr>
      <w:r>
        <w:t>2.  કે મારા દસ્તાવેજોમાં મારું નામ ______________________________ (જૂનું નામ) તરીકે નોંધાયેલું છે.</w:t>
      </w:r>
    </w:p>
    <w:p>
      <w:pPr>
        <w:spacing w:line="384" w:lineRule="auto"/>
      </w:pPr>
      <w:r>
        <w:t>3.  કે મેં મારું નામ ______________________________ (જૂનું નામ) બદલીને ______________________________ (નવું નામ) કર્યું છે, જે આ સોગંદનામાની તારીખથી અમલમાં આવે છે.</w:t>
      </w:r>
    </w:p>
    <w:p>
      <w:pPr>
        <w:spacing w:line="384" w:lineRule="auto"/>
      </w:pPr>
      <w:r>
        <w:t>4.  કે આ ફેરફારનું કારણ ______________________________________________ છે.</w:t>
      </w:r>
    </w:p>
    <w:p>
      <w:pPr>
        <w:spacing w:line="384" w:lineRule="auto"/>
      </w:pPr>
      <w:r>
        <w:t>5.  કે હવેથી હું તમામ હેતુઓ માટે મારા નવા નામ ______________________________ થી ઓળખાઈશ.</w:t>
      </w:r>
    </w:p>
    <w:p>
      <w:pPr>
        <w:spacing w:line="384" w:lineRule="auto"/>
      </w:pPr>
      <w:r>
        <w:t>6.  કે ઉપરોક્ત બંને નામ, એટલે કે જૂનું નામ અને નવું નામ, એક જ વ્યક્તિનાં છે, અને તે વ્યક્તિ હું પોતે છું.</w:t>
      </w:r>
    </w:p>
    <w:p>
      <w:pPr>
        <w:spacing w:line="384" w:lineRule="auto"/>
      </w:pPr>
      <w:r>
        <w:t>7.  કે આ સોગંદનામું નામ ફેરફારને ગુજરાત સરકારના ગેઝેટમાં પ્રસિદ્ધ કરાવવા તથા મારા રેકોર્ડ સુધારવા માટે કરવામાં આવે છે.</w:t>
      </w:r>
    </w:p>
    <w:p>
      <w:pPr>
        <w:spacing w:line="384" w:lineRule="auto"/>
      </w:pPr>
      <w:r>
        <w:t>8.  કે આ સોગંદનામામાં લખેલી વિગતો મારી જાણ અને માન્યતા મુજબ સાચી અને ખરી છે, અને કોઈ મહત્વની બાબત છુપાવવામાં આવી નથી.</w:t>
      </w:r>
    </w:p>
    <w:p/>
    <w:p>
      <w:pPr>
        <w:spacing w:line="384" w:lineRule="auto"/>
      </w:pPr>
      <w:r>
        <w:t>સ્થળ ______________ ખાતે, તારીખ ______ માસ ______________, 20______ ના રોજ ખરાઈ કરી.</w:t>
      </w:r>
    </w:p>
    <w:p>
      <w:pPr>
        <w:jc w:val="right"/>
      </w:pPr>
      <w:r>
        <w:t>_______________________________</w:t>
      </w:r>
    </w:p>
    <w:p>
      <w:pPr>
        <w:jc w:val="right"/>
      </w:pPr>
      <w:r>
        <w:rPr>
          <w:b/>
        </w:rPr>
        <w:t>સોગંદકર્તા</w:t>
      </w:r>
    </w:p>
    <w:p>
      <w:r>
        <w:rPr>
          <w:color w:val="5B6472"/>
          <w:sz w:val="18"/>
        </w:rPr>
        <w:t>(નોટરીની સહી, સિક્કો અને રજિસ્ટર નોંધ નીચે)</w:t>
      </w:r>
    </w:p>
    <w:p>
      <w:r>
        <w:rPr>
          <w:color w:val="5B6472"/>
          <w:sz w:val="16"/>
        </w:rPr>
        <w:t>GujaratGazette.com — હર્ષિદ્ધિ સર્વિસીસનો એક વિભાગ, વડોદરા. વોટ્સએપ +91 70692 98711. અમે ખાનગી સેવા પ્રદાતા છીએ; અમે ગુજરાત સરકાર, DGPS કે કોઈ સરકારી વિભાગ નથી.</w:t>
      </w:r>
    </w:p>
    <w:sectPr w:rsidR="00FC693F" w:rsidRPr="0006063C" w:rsidSect="00034616">
      <w:pgSz w:w="12240" w:h="15840"/>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Nirmala UI" w:hAnsi="Nirmala U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